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/>
        <w:jc w:val="center"/>
      </w:pPr>
      <w:r>
        <w:drawing>
          <wp:inline xmlns:a="http://schemas.openxmlformats.org/drawingml/2006/main" xmlns:pic="http://schemas.openxmlformats.org/drawingml/2006/picture">
            <wp:extent cx="5394960" cy="2449505"/>
            <wp:docPr id="1" name="Picture 1" title="Create Great Books logo" descr="Create Great Books logo with open book and pen nib, followed by the words Create Great Books and the tagline Write. Finish. Publish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.cgb_wide_logo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94960" cy="244950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40" w:after="160"/>
        <w:pBdr>
          <w:bottom w:val="single" w:sz="14" w:space="1" w:color="C6A04B"/>
        </w:pBdr>
      </w:pPr>
    </w:p>
    <w:p>
      <w:pPr>
        <w:pStyle w:val="Title"/>
      </w:pPr>
      <w:r>
        <w:t>Writing Your Welcome Email</w:t>
      </w:r>
    </w:p>
    <w:p>
      <w:pPr>
        <w:pStyle w:val="Subtitle"/>
      </w:pPr>
      <w:r>
        <w:t>Build Your Reader List While You Write</w:t>
      </w:r>
    </w:p>
    <w:p>
      <w:pPr>
        <w:pStyle w:val="CGBLeadParagraph"/>
        <w:ind w:left="792" w:right="792"/>
        <w:jc w:val="center"/>
      </w:pPr>
      <w:r>
        <w:t>A simple five-part worksheet for drafting a warm welcome email that introduces you, your book, and what readers can expect from your list.</w:t>
      </w:r>
    </w:p>
    <w:p>
      <w:pPr>
        <w:spacing w:before="480" w:after="80"/>
        <w:jc w:val="center"/>
      </w:pPr>
      <w:r>
        <w:rPr>
          <w:rFonts w:ascii="Libre Baskerville" w:hAnsi="Libre Baskerville"/>
          <w:i/>
          <w:color w:val="C6A04B"/>
          <w:sz w:val="22"/>
        </w:rPr>
        <w:t>A Create Great Books Course Resource</w:t>
      </w:r>
    </w:p>
    <w:p>
      <w:r>
        <w:br w:type="page"/>
      </w:r>
    </w:p>
    <w:p>
      <w:pPr>
        <w:pStyle w:val="Heading1"/>
        <w:keepNext/>
        <w:spacing w:before="120"/>
      </w:pPr>
      <w:r>
        <w:t>Welcome Email Outline</w:t>
      </w:r>
    </w:p>
    <w:p>
      <w:pPr>
        <w:pStyle w:val="Heading2"/>
        <w:keepNext/>
        <w:spacing w:before="200"/>
      </w:pPr>
      <w:r>
        <w:t>1. Thank the reader for joining</w:t>
      </w:r>
    </w:p>
    <w:tbl>
      <w:tblPr>
        <w:tblW w:type="dxa" w:w="9576"/>
        <w:jc w:val="center"/>
        <w:tblLook w:firstColumn="1" w:firstRow="1" w:lastColumn="0" w:lastRow="0" w:noHBand="0" w:noVBand="1" w:val="04A0"/>
        <w:tblBorders>
          <w:top w:val="single" w:sz="8" w:space="0" w:color="C6A04B"/>
          <w:left w:val="single" w:sz="8" w:space="0" w:color="C6A04B"/>
          <w:bottom w:val="single" w:sz="8" w:space="0" w:color="C6A04B"/>
          <w:right w:val="single" w:sz="8" w:space="0" w:color="C6A04B"/>
        </w:tblBorders>
      </w:tblPr>
      <w:tblGrid>
        <w:gridCol w:w="9706"/>
      </w:tblGrid>
      <w:tr>
        <w:trPr>
          <w:cantSplit/>
        </w:trPr>
        <w:tc>
          <w:tcPr>
            <w:tcW w:type="dxa" w:w="9706"/>
            <w:shd w:fill="FBF7EC" w:val="clear"/>
            <w:tcMar>
              <w:top w:w="115" w:type="dxa"/>
              <w:start w:w="180" w:type="dxa"/>
              <w:bottom w:w="115" w:type="dxa"/>
              <w:end w:w="180" w:type="dxa"/>
            </w:tcMar>
            <w:vAlign w:val="top"/>
          </w:tcPr>
          <w:p>
            <w:pPr>
              <w:spacing w:after="100"/>
            </w:pPr>
            <w:r>
              <w:rPr>
                <w:b/>
                <w:color w:val="C6A04B"/>
                <w:sz w:val="18"/>
              </w:rPr>
              <w:t>Example</w:t>
            </w:r>
          </w:p>
          <w:p>
            <w:pPr>
              <w:spacing w:after="0"/>
            </w:pPr>
            <w:r>
              <w:rPr>
                <w:i/>
              </w:rPr>
              <w:t>Thank you for joining my reader list…</w:t>
            </w:r>
          </w:p>
        </w:tc>
      </w:tr>
    </w:tbl>
    <w:p>
      <w:pPr>
        <w:keepNext/>
        <w:spacing w:before="140" w:after="80"/>
      </w:pPr>
      <w:r>
        <w:rPr>
          <w:b/>
          <w:color w:val="C6A04B"/>
        </w:rPr>
        <w:t>Write your version:</w:t>
      </w:r>
    </w:p>
    <w:tbl>
      <w:tblPr>
        <w:tblW w:type="dxa" w:w="9576"/>
        <w:jc w:val="center"/>
        <w:tblLook w:firstColumn="1" w:firstRow="1" w:lastColumn="0" w:lastRow="0" w:noHBand="0" w:noVBand="1" w:val="04A0"/>
        <w:tblBorders>
          <w:top w:val="single" w:sz="8" w:space="0" w:color="E7DFC9"/>
          <w:left w:val="single" w:sz="8" w:space="0" w:color="E7DFC9"/>
          <w:bottom w:val="single" w:sz="8" w:space="0" w:color="E7DFC9"/>
          <w:right w:val="single" w:sz="8" w:space="0" w:color="E7DFC9"/>
        </w:tblBorders>
      </w:tblPr>
      <w:tblGrid>
        <w:gridCol w:w="9706"/>
      </w:tblGrid>
      <w:tr>
        <w:trPr>
          <w:trHeight w:val="864" w:hRule="atLeast"/>
          <w:cantSplit/>
        </w:trPr>
        <w:tc>
          <w:tcPr>
            <w:tcW w:type="dxa" w:w="9706"/>
            <w:tcMar>
              <w:top w:w="100" w:type="dxa"/>
              <w:start w:w="150" w:type="dxa"/>
              <w:bottom w:w="100" w:type="dxa"/>
              <w:end w:w="150" w:type="dxa"/>
            </w:tcMar>
            <w:vAlign w:val="top"/>
          </w:tcPr>
          <w:p>
            <w:pPr>
              <w:spacing w:after="0"/>
            </w:pPr>
            <w:r/>
          </w:p>
        </w:tc>
      </w:tr>
    </w:tbl>
    <w:p>
      <w:pPr>
        <w:spacing w:after="0" w:before="0"/>
      </w:pPr>
    </w:p>
    <w:p>
      <w:pPr>
        <w:pStyle w:val="Heading2"/>
        <w:keepNext/>
        <w:spacing w:before="200"/>
      </w:pPr>
      <w:r>
        <w:t>2. Introduce yourself</w:t>
      </w:r>
    </w:p>
    <w:tbl>
      <w:tblPr>
        <w:tblW w:type="dxa" w:w="9576"/>
        <w:jc w:val="center"/>
        <w:tblLook w:firstColumn="1" w:firstRow="1" w:lastColumn="0" w:lastRow="0" w:noHBand="0" w:noVBand="1" w:val="04A0"/>
        <w:tblBorders>
          <w:top w:val="single" w:sz="8" w:space="0" w:color="C6A04B"/>
          <w:left w:val="single" w:sz="8" w:space="0" w:color="C6A04B"/>
          <w:bottom w:val="single" w:sz="8" w:space="0" w:color="C6A04B"/>
          <w:right w:val="single" w:sz="8" w:space="0" w:color="C6A04B"/>
        </w:tblBorders>
      </w:tblPr>
      <w:tblGrid>
        <w:gridCol w:w="9706"/>
      </w:tblGrid>
      <w:tr>
        <w:trPr>
          <w:cantSplit/>
        </w:trPr>
        <w:tc>
          <w:tcPr>
            <w:tcW w:type="dxa" w:w="9706"/>
            <w:shd w:fill="FBF7EC" w:val="clear"/>
            <w:tcMar>
              <w:top w:w="115" w:type="dxa"/>
              <w:start w:w="180" w:type="dxa"/>
              <w:bottom w:w="115" w:type="dxa"/>
              <w:end w:w="180" w:type="dxa"/>
            </w:tcMar>
            <w:vAlign w:val="top"/>
          </w:tcPr>
          <w:p>
            <w:pPr>
              <w:spacing w:after="100"/>
            </w:pPr>
            <w:r>
              <w:rPr>
                <w:b/>
                <w:color w:val="C6A04B"/>
                <w:sz w:val="18"/>
              </w:rPr>
              <w:t>Example</w:t>
            </w:r>
          </w:p>
          <w:p>
            <w:pPr>
              <w:spacing w:after="60"/>
            </w:pPr>
            <w:r>
              <w:rPr>
                <w:i/>
              </w:rPr>
              <w:t>I have been a consultant for 25 years in the engineering and sales world …</w:t>
            </w:r>
          </w:p>
          <w:p>
            <w:pPr>
              <w:spacing w:after="60"/>
            </w:pPr>
            <w:r>
              <w:rPr>
                <w:i/>
              </w:rPr>
              <w:t>I have been in full-time ministry for 20 years as a prophetic leader …</w:t>
            </w:r>
          </w:p>
          <w:p>
            <w:pPr>
              <w:spacing w:after="0"/>
            </w:pPr>
            <w:r>
              <w:rPr>
                <w:i/>
              </w:rPr>
              <w:t>I learned how to press through unbelievable challenges …</w:t>
            </w:r>
          </w:p>
        </w:tc>
      </w:tr>
    </w:tbl>
    <w:p>
      <w:pPr>
        <w:keepNext/>
        <w:spacing w:before="140" w:after="80"/>
      </w:pPr>
      <w:r>
        <w:rPr>
          <w:b/>
          <w:color w:val="C6A04B"/>
        </w:rPr>
        <w:t>Write your version:</w:t>
      </w:r>
    </w:p>
    <w:tbl>
      <w:tblPr>
        <w:tblW w:type="dxa" w:w="9576"/>
        <w:jc w:val="center"/>
        <w:tblLook w:firstColumn="1" w:firstRow="1" w:lastColumn="0" w:lastRow="0" w:noHBand="0" w:noVBand="1" w:val="04A0"/>
        <w:tblBorders>
          <w:top w:val="single" w:sz="8" w:space="0" w:color="E7DFC9"/>
          <w:left w:val="single" w:sz="8" w:space="0" w:color="E7DFC9"/>
          <w:bottom w:val="single" w:sz="8" w:space="0" w:color="E7DFC9"/>
          <w:right w:val="single" w:sz="8" w:space="0" w:color="E7DFC9"/>
        </w:tblBorders>
      </w:tblPr>
      <w:tblGrid>
        <w:gridCol w:w="9706"/>
      </w:tblGrid>
      <w:tr>
        <w:trPr>
          <w:trHeight w:val="1037" w:hRule="atLeast"/>
          <w:cantSplit/>
        </w:trPr>
        <w:tc>
          <w:tcPr>
            <w:tcW w:type="dxa" w:w="9706"/>
            <w:tcMar>
              <w:top w:w="100" w:type="dxa"/>
              <w:start w:w="150" w:type="dxa"/>
              <w:bottom w:w="100" w:type="dxa"/>
              <w:end w:w="150" w:type="dxa"/>
            </w:tcMar>
            <w:vAlign w:val="top"/>
          </w:tcPr>
          <w:p>
            <w:pPr>
              <w:spacing w:after="0"/>
            </w:pPr>
            <w:r/>
          </w:p>
        </w:tc>
      </w:tr>
    </w:tbl>
    <w:p>
      <w:pPr>
        <w:spacing w:after="0" w:before="0"/>
      </w:pPr>
    </w:p>
    <w:p>
      <w:pPr>
        <w:pStyle w:val="Heading2"/>
        <w:keepNext/>
        <w:spacing w:before="200"/>
      </w:pPr>
      <w:r>
        <w:t>3. Tell them what you write</w:t>
      </w:r>
    </w:p>
    <w:tbl>
      <w:tblPr>
        <w:tblW w:type="dxa" w:w="9576"/>
        <w:jc w:val="center"/>
        <w:tblLook w:firstColumn="1" w:firstRow="1" w:lastColumn="0" w:lastRow="0" w:noHBand="0" w:noVBand="1" w:val="04A0"/>
        <w:tblBorders>
          <w:top w:val="single" w:sz="8" w:space="0" w:color="C6A04B"/>
          <w:left w:val="single" w:sz="8" w:space="0" w:color="C6A04B"/>
          <w:bottom w:val="single" w:sz="8" w:space="0" w:color="C6A04B"/>
          <w:right w:val="single" w:sz="8" w:space="0" w:color="C6A04B"/>
        </w:tblBorders>
      </w:tblPr>
      <w:tblGrid>
        <w:gridCol w:w="9706"/>
      </w:tblGrid>
      <w:tr>
        <w:trPr>
          <w:cantSplit/>
        </w:trPr>
        <w:tc>
          <w:tcPr>
            <w:tcW w:type="dxa" w:w="9706"/>
            <w:shd w:fill="FBF7EC" w:val="clear"/>
            <w:tcMar>
              <w:top w:w="115" w:type="dxa"/>
              <w:start w:w="180" w:type="dxa"/>
              <w:bottom w:w="115" w:type="dxa"/>
              <w:end w:w="180" w:type="dxa"/>
            </w:tcMar>
            <w:vAlign w:val="top"/>
          </w:tcPr>
          <w:p>
            <w:pPr>
              <w:spacing w:after="100"/>
            </w:pPr>
            <w:r>
              <w:rPr>
                <w:b/>
                <w:color w:val="C6A04B"/>
                <w:sz w:val="18"/>
              </w:rPr>
              <w:t>Example</w:t>
            </w:r>
          </w:p>
          <w:p>
            <w:pPr>
              <w:spacing w:after="0"/>
            </w:pPr>
            <w:r>
              <w:rPr>
                <w:i/>
              </w:rPr>
              <w:t>I have written this book about… (and why you think it’s important!)</w:t>
            </w:r>
          </w:p>
        </w:tc>
      </w:tr>
    </w:tbl>
    <w:p>
      <w:pPr>
        <w:keepNext/>
        <w:spacing w:before="140" w:after="80"/>
      </w:pPr>
      <w:r>
        <w:rPr>
          <w:b/>
          <w:color w:val="C6A04B"/>
        </w:rPr>
        <w:t>Write your version:</w:t>
      </w:r>
    </w:p>
    <w:tbl>
      <w:tblPr>
        <w:tblW w:type="dxa" w:w="9576"/>
        <w:jc w:val="center"/>
        <w:tblLook w:firstColumn="1" w:firstRow="1" w:lastColumn="0" w:lastRow="0" w:noHBand="0" w:noVBand="1" w:val="04A0"/>
        <w:tblBorders>
          <w:top w:val="single" w:sz="8" w:space="0" w:color="E7DFC9"/>
          <w:left w:val="single" w:sz="8" w:space="0" w:color="E7DFC9"/>
          <w:bottom w:val="single" w:sz="8" w:space="0" w:color="E7DFC9"/>
          <w:right w:val="single" w:sz="8" w:space="0" w:color="E7DFC9"/>
        </w:tblBorders>
      </w:tblPr>
      <w:tblGrid>
        <w:gridCol w:w="9706"/>
      </w:tblGrid>
      <w:tr>
        <w:trPr>
          <w:trHeight w:val="1037" w:hRule="atLeast"/>
          <w:cantSplit/>
        </w:trPr>
        <w:tc>
          <w:tcPr>
            <w:tcW w:type="dxa" w:w="9706"/>
            <w:tcMar>
              <w:top w:w="100" w:type="dxa"/>
              <w:start w:w="150" w:type="dxa"/>
              <w:bottom w:w="100" w:type="dxa"/>
              <w:end w:w="150" w:type="dxa"/>
            </w:tcMar>
            <w:vAlign w:val="top"/>
          </w:tcPr>
          <w:p>
            <w:pPr>
              <w:spacing w:after="0"/>
            </w:pPr>
            <w:r/>
          </w:p>
        </w:tc>
      </w:tr>
    </w:tbl>
    <w:p>
      <w:pPr>
        <w:spacing w:after="0" w:before="0"/>
      </w:pPr>
    </w:p>
    <w:p>
      <w:r>
        <w:br w:type="page"/>
      </w:r>
    </w:p>
    <w:p>
      <w:pPr>
        <w:pStyle w:val="Heading2"/>
        <w:keepNext/>
        <w:spacing w:before="200"/>
      </w:pPr>
      <w:r>
        <w:t>4. Tell them what emails they will receive</w:t>
      </w:r>
    </w:p>
    <w:tbl>
      <w:tblPr>
        <w:tblW w:type="dxa" w:w="9576"/>
        <w:jc w:val="center"/>
        <w:tblLook w:firstColumn="1" w:firstRow="1" w:lastColumn="0" w:lastRow="0" w:noHBand="0" w:noVBand="1" w:val="04A0"/>
        <w:tblBorders>
          <w:top w:val="single" w:sz="8" w:space="0" w:color="C6A04B"/>
          <w:left w:val="single" w:sz="8" w:space="0" w:color="C6A04B"/>
          <w:bottom w:val="single" w:sz="8" w:space="0" w:color="C6A04B"/>
          <w:right w:val="single" w:sz="8" w:space="0" w:color="C6A04B"/>
        </w:tblBorders>
      </w:tblPr>
      <w:tblGrid>
        <w:gridCol w:w="9706"/>
      </w:tblGrid>
      <w:tr>
        <w:trPr>
          <w:cantSplit/>
        </w:trPr>
        <w:tc>
          <w:tcPr>
            <w:tcW w:type="dxa" w:w="9706"/>
            <w:shd w:fill="FBF7EC" w:val="clear"/>
            <w:tcMar>
              <w:top w:w="115" w:type="dxa"/>
              <w:start w:w="180" w:type="dxa"/>
              <w:bottom w:w="115" w:type="dxa"/>
              <w:end w:w="180" w:type="dxa"/>
            </w:tcMar>
            <w:vAlign w:val="top"/>
          </w:tcPr>
          <w:p>
            <w:pPr>
              <w:spacing w:after="100"/>
            </w:pPr>
            <w:r>
              <w:rPr>
                <w:b/>
                <w:color w:val="C6A04B"/>
                <w:sz w:val="18"/>
              </w:rPr>
              <w:t>Example</w:t>
            </w:r>
          </w:p>
          <w:p>
            <w:pPr>
              <w:spacing w:after="0"/>
            </w:pPr>
            <w:r>
              <w:rPr>
                <w:i/>
              </w:rPr>
              <w:t>From time to time, I will send…</w:t>
            </w:r>
          </w:p>
        </w:tc>
      </w:tr>
    </w:tbl>
    <w:p>
      <w:pPr>
        <w:keepNext/>
        <w:spacing w:before="140" w:after="80"/>
      </w:pPr>
      <w:r>
        <w:rPr>
          <w:b/>
          <w:color w:val="C6A04B"/>
        </w:rPr>
        <w:t>Write your version:</w:t>
      </w:r>
    </w:p>
    <w:tbl>
      <w:tblPr>
        <w:tblW w:type="dxa" w:w="9576"/>
        <w:jc w:val="center"/>
        <w:tblLook w:firstColumn="1" w:firstRow="1" w:lastColumn="0" w:lastRow="0" w:noHBand="0" w:noVBand="1" w:val="04A0"/>
        <w:tblBorders>
          <w:top w:val="single" w:sz="8" w:space="0" w:color="E7DFC9"/>
          <w:left w:val="single" w:sz="8" w:space="0" w:color="E7DFC9"/>
          <w:bottom w:val="single" w:sz="8" w:space="0" w:color="E7DFC9"/>
          <w:right w:val="single" w:sz="8" w:space="0" w:color="E7DFC9"/>
        </w:tblBorders>
      </w:tblPr>
      <w:tblGrid>
        <w:gridCol w:w="9706"/>
      </w:tblGrid>
      <w:tr>
        <w:trPr>
          <w:trHeight w:val="2232" w:hRule="atLeast"/>
          <w:cantSplit/>
        </w:trPr>
        <w:tc>
          <w:tcPr>
            <w:tcW w:type="dxa" w:w="9706"/>
            <w:tcMar>
              <w:top w:w="100" w:type="dxa"/>
              <w:start w:w="150" w:type="dxa"/>
              <w:bottom w:w="100" w:type="dxa"/>
              <w:end w:w="150" w:type="dxa"/>
            </w:tcMar>
            <w:vAlign w:val="top"/>
          </w:tcPr>
          <w:p>
            <w:pPr>
              <w:spacing w:after="0"/>
            </w:pPr>
            <w:r/>
          </w:p>
        </w:tc>
      </w:tr>
    </w:tbl>
    <w:p>
      <w:pPr>
        <w:spacing w:after="0" w:before="0"/>
      </w:pPr>
    </w:p>
    <w:p>
      <w:pPr>
        <w:pStyle w:val="Heading2"/>
        <w:keepNext/>
        <w:spacing w:before="200"/>
      </w:pPr>
      <w:r>
        <w:t>5. Closing</w:t>
      </w:r>
    </w:p>
    <w:tbl>
      <w:tblPr>
        <w:tblW w:type="dxa" w:w="9576"/>
        <w:jc w:val="center"/>
        <w:tblLook w:firstColumn="1" w:firstRow="1" w:lastColumn="0" w:lastRow="0" w:noHBand="0" w:noVBand="1" w:val="04A0"/>
        <w:tblBorders>
          <w:top w:val="single" w:sz="8" w:space="0" w:color="C6A04B"/>
          <w:left w:val="single" w:sz="8" w:space="0" w:color="C6A04B"/>
          <w:bottom w:val="single" w:sz="8" w:space="0" w:color="C6A04B"/>
          <w:right w:val="single" w:sz="8" w:space="0" w:color="C6A04B"/>
        </w:tblBorders>
      </w:tblPr>
      <w:tblGrid>
        <w:gridCol w:w="9706"/>
      </w:tblGrid>
      <w:tr>
        <w:trPr>
          <w:cantSplit/>
        </w:trPr>
        <w:tc>
          <w:tcPr>
            <w:tcW w:type="dxa" w:w="9706"/>
            <w:shd w:fill="FBF7EC" w:val="clear"/>
            <w:tcMar>
              <w:top w:w="115" w:type="dxa"/>
              <w:start w:w="180" w:type="dxa"/>
              <w:bottom w:w="115" w:type="dxa"/>
              <w:end w:w="180" w:type="dxa"/>
            </w:tcMar>
            <w:vAlign w:val="top"/>
          </w:tcPr>
          <w:p>
            <w:pPr>
              <w:spacing w:after="100"/>
            </w:pPr>
            <w:r>
              <w:rPr>
                <w:b/>
                <w:color w:val="C6A04B"/>
                <w:sz w:val="18"/>
              </w:rPr>
              <w:t>Example</w:t>
            </w:r>
          </w:p>
          <w:p>
            <w:pPr>
              <w:spacing w:after="0"/>
            </w:pPr>
            <w:r>
              <w:rPr>
                <w:i/>
              </w:rPr>
              <w:t>I’m glad you’re here…</w:t>
            </w:r>
          </w:p>
        </w:tc>
      </w:tr>
    </w:tbl>
    <w:p>
      <w:pPr>
        <w:keepNext/>
        <w:spacing w:before="140" w:after="80"/>
      </w:pPr>
      <w:r>
        <w:rPr>
          <w:b/>
          <w:color w:val="C6A04B"/>
        </w:rPr>
        <w:t>Write your version:</w:t>
      </w:r>
    </w:p>
    <w:tbl>
      <w:tblPr>
        <w:tblW w:type="dxa" w:w="9576"/>
        <w:jc w:val="center"/>
        <w:tblLook w:firstColumn="1" w:firstRow="1" w:lastColumn="0" w:lastRow="0" w:noHBand="0" w:noVBand="1" w:val="04A0"/>
        <w:tblBorders>
          <w:top w:val="single" w:sz="8" w:space="0" w:color="E7DFC9"/>
          <w:left w:val="single" w:sz="8" w:space="0" w:color="E7DFC9"/>
          <w:bottom w:val="single" w:sz="8" w:space="0" w:color="E7DFC9"/>
          <w:right w:val="single" w:sz="8" w:space="0" w:color="E7DFC9"/>
        </w:tblBorders>
      </w:tblPr>
      <w:tblGrid>
        <w:gridCol w:w="9706"/>
      </w:tblGrid>
      <w:tr>
        <w:trPr>
          <w:trHeight w:val="2520" w:hRule="atLeast"/>
          <w:cantSplit/>
        </w:trPr>
        <w:tc>
          <w:tcPr>
            <w:tcW w:type="dxa" w:w="9706"/>
            <w:tcMar>
              <w:top w:w="100" w:type="dxa"/>
              <w:start w:w="150" w:type="dxa"/>
              <w:bottom w:w="100" w:type="dxa"/>
              <w:end w:w="150" w:type="dxa"/>
            </w:tcMar>
            <w:vAlign w:val="top"/>
          </w:tcPr>
          <w:p>
            <w:pPr>
              <w:spacing w:after="0"/>
            </w:pPr>
            <w:r/>
          </w:p>
        </w:tc>
      </w:tr>
    </w:tbl>
    <w:p>
      <w:pPr>
        <w:spacing w:after="0" w:before="0"/>
      </w:pPr>
    </w:p>
    <w:sectPr w:rsidR="00FC693F" w:rsidRPr="0006063C" w:rsidSect="00034616">
      <w:headerReference w:type="default" r:id="rId9"/>
      <w:headerReference w:type="first" r:id="rId10"/>
      <w:footerReference w:type="default" r:id="rId11"/>
      <w:footerReference w:type="first" r:id="rId12"/>
      <w:pgSz w:w="12240" w:h="15840"/>
      <w:pgMar w:top="979" w:right="1267" w:bottom="979" w:left="1267" w:header="403" w:footer="403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0"/>
      <w:jc w:val="center"/>
      <w:tblLayout w:type="fixed"/>
      <w:tblLook w:firstColumn="1" w:firstRow="1" w:lastColumn="0" w:lastRow="0" w:noHBand="0" w:noVBand="1" w:val="04A0"/>
    </w:tblPr>
    <w:tblGrid>
      <w:gridCol w:w="3024"/>
      <w:gridCol w:w="5256"/>
      <w:gridCol w:w="1426"/>
    </w:tblGrid>
    <w:tr>
      <w:tc>
        <w:tcPr>
          <w:tcW w:type="dxa" w:w="3024"/>
          <w:tcBorders>
            <w:top w:val="single" w:sz="6" w:color="D9DEE3"/>
          </w:tcBorders>
        </w:tcPr>
        <w:p>
          <w:pPr>
            <w:jc w:val="left"/>
          </w:pPr>
          <w:r>
            <w:rPr>
              <w:rFonts w:ascii="Aptos" w:hAnsi="Aptos"/>
              <w:b/>
              <w:color w:val="082B52"/>
              <w:sz w:val="17"/>
            </w:rPr>
            <w:t>Create Great Books</w:t>
          </w:r>
        </w:p>
      </w:tc>
      <w:tc>
        <w:tcPr>
          <w:tcW w:type="dxa" w:w="5256"/>
          <w:tcBorders>
            <w:top w:val="single" w:sz="6" w:color="D9DEE3"/>
          </w:tcBorders>
        </w:tcPr>
        <w:p>
          <w:pPr>
            <w:jc w:val="center"/>
          </w:pPr>
          <w:r>
            <w:rPr>
              <w:rFonts w:ascii="Aptos" w:hAnsi="Aptos"/>
              <w:color w:val="666666"/>
              <w:sz w:val="16"/>
            </w:rPr>
            <w:t>© 2026 Create Great Books. All rights reserved.</w:t>
          </w:r>
        </w:p>
      </w:tc>
      <w:tc>
        <w:tcPr>
          <w:tcW w:type="dxa" w:w="1426"/>
          <w:tcBorders>
            <w:top w:val="single" w:sz="6" w:color="D9DEE3"/>
          </w:tcBorders>
        </w:tcPr>
        <w:p>
          <w:pPr>
            <w:jc w:val="right"/>
          </w:pPr>
          <w:r>
            <w:rPr>
              <w:rFonts w:ascii="Aptos" w:hAnsi="Aptos"/>
              <w:color w:val="666666"/>
              <w:sz w:val="17"/>
            </w:rPr>
            <w:t xml:space="preserve">Page </w:t>
          </w:r>
          <w:r>
            <w:rPr>
              <w:rFonts w:ascii="Aptos" w:hAnsi="Aptos"/>
              <w:color w:val="666666"/>
              <w:sz w:val="17"/>
            </w:rPr>
            <w:fldChar w:fldCharType="begin"/>
            <w:instrText xml:space="preserve">PAGE</w:instrText>
            <w:fldChar w:fldCharType="end"/>
          </w:r>
        </w:p>
      </w:tc>
    </w:tr>
  </w:tbl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  <w:pBdr>
        <w:top w:val="single" w:sz="6" w:space="4" w:color="D9DEE3"/>
      </w:pBdr>
    </w:pPr>
    <w:r>
      <w:rPr>
        <w:rFonts w:ascii="Aptos" w:hAnsi="Aptos"/>
        <w:color w:val="666666"/>
        <w:sz w:val="15"/>
      </w:rPr>
      <w:t>© 2026 Create Great Books. All rights reserved. For the personal use of the enrolled course member. Not for redistribution or republication.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0"/>
      <w:jc w:val="center"/>
      <w:tblLayout w:type="fixed"/>
      <w:tblLook w:firstColumn="1" w:firstRow="1" w:lastColumn="0" w:lastRow="0" w:noHBand="0" w:noVBand="1" w:val="04A0"/>
    </w:tblPr>
    <w:tblGrid>
      <w:gridCol w:w="936"/>
      <w:gridCol w:w="8770"/>
    </w:tblGrid>
    <w:tr>
      <w:tc>
        <w:tcPr>
          <w:tcW w:type="dxa" w:w="936"/>
          <w:tcBorders>
            <w:bottom w:val="single" w:sz="8" w:color="C6A04B"/>
          </w:tcBorders>
        </w:tcPr>
        <w:p>
          <w:pPr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365760" cy="295737"/>
                <wp:docPr id="1" name="Picture 1" title="Create Great Books logo" descr="Open book and pen-nib Create Great Books logo.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.cgb_icon_logo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5760" cy="295737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8770"/>
          <w:tcBorders>
            <w:bottom w:val="single" w:sz="8" w:color="C6A04B"/>
          </w:tcBorders>
        </w:tcPr>
        <w:p>
          <w:pPr>
            <w:jc w:val="right"/>
          </w:pPr>
          <w:r>
            <w:rPr>
              <w:rFonts w:ascii="Aptos" w:hAnsi="Aptos"/>
              <w:b/>
              <w:color w:val="082B52"/>
              <w:sz w:val="17"/>
            </w:rPr>
            <w:t>BUILD YOUR READER LIST WHILE YOU WRITE</w:t>
          </w:r>
        </w:p>
      </w:tc>
    </w:tr>
  </w:tbl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/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ptos" w:hAnsi="Aptos"/>
      <w:color w:val="22222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/>
      <w:outlineLvl w:val="0"/>
    </w:pPr>
    <w:rPr>
      <w:rFonts w:asciiTheme="majorHAnsi" w:eastAsiaTheme="majorEastAsia" w:hAnsiTheme="majorHAnsi" w:cstheme="majorBidi" w:ascii="Libre Baskerville" w:hAnsi="Libre Baskerville"/>
      <w:b w:val="0"/>
      <w:bCs/>
      <w:color w:val="082B52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80"/>
      <w:outlineLvl w:val="1"/>
    </w:pPr>
    <w:rPr>
      <w:rFonts w:asciiTheme="majorHAnsi" w:eastAsiaTheme="majorEastAsia" w:hAnsiTheme="majorHAnsi" w:cstheme="majorBidi" w:ascii="Libre Baskerville" w:hAnsi="Libre Baskerville"/>
      <w:b w:val="0"/>
      <w:bCs/>
      <w:color w:val="082B52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60"/>
      <w:outlineLvl w:val="2"/>
    </w:pPr>
    <w:rPr>
      <w:rFonts w:asciiTheme="majorHAnsi" w:eastAsiaTheme="majorEastAsia" w:hAnsiTheme="majorHAnsi" w:cstheme="majorBidi" w:ascii="Aptos" w:hAnsi="Aptos"/>
      <w:b/>
      <w:bCs/>
      <w:color w:val="C6A04B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40" w:lineRule="auto" w:before="120"/>
      <w:contextualSpacing/>
      <w:jc w:val="center"/>
    </w:pPr>
    <w:rPr>
      <w:rFonts w:asciiTheme="majorHAnsi" w:eastAsiaTheme="majorEastAsia" w:hAnsiTheme="majorHAnsi" w:cstheme="majorBidi" w:ascii="Libre Baskerville" w:hAnsi="Libre Baskerville"/>
      <w:b w:val="0"/>
      <w:color w:val="082B52"/>
      <w:spacing w:val="5"/>
      <w:kern w:val="28"/>
      <w:sz w:val="5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240"/>
      <w:jc w:val="center"/>
    </w:pPr>
    <w:rPr>
      <w:rFonts w:asciiTheme="majorHAnsi" w:eastAsiaTheme="majorEastAsia" w:hAnsiTheme="majorHAnsi" w:cstheme="majorBidi" w:ascii="Aptos" w:hAnsi="Aptos"/>
      <w:i/>
      <w:iCs/>
      <w:color w:val="C6A04B"/>
      <w:spacing w:val="15"/>
      <w:sz w:val="26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  <w:rPr>
      <w:rFonts w:ascii="Aptos" w:hAnsi="Aptos"/>
      <w:color w:val="222222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/>
      <w:contextualSpacing/>
    </w:pPr>
    <w:rPr>
      <w:rFonts w:ascii="Aptos" w:hAnsi="Aptos"/>
      <w:color w:val="222222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>
      <w:spacing w:before="120" w:after="160"/>
      <w:ind w:left="504" w:right="504"/>
    </w:pPr>
    <w:rPr>
      <w:rFonts w:ascii="Libre Baskerville" w:hAnsi="Libre Baskerville"/>
      <w:i/>
      <w:iCs/>
      <w:color w:val="082B52"/>
      <w:sz w:val="23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emplateGuidance">
    <w:name w:val="Template Guidance"/>
    <w:pPr>
      <w:spacing w:after="100"/>
    </w:pPr>
    <w:rPr>
      <w:rFonts w:ascii="Aptos" w:hAnsi="Aptos"/>
      <w:i/>
      <w:color w:val="666666"/>
      <w:sz w:val="17"/>
    </w:rPr>
  </w:style>
  <w:style w:type="paragraph" w:customStyle="1" w:styleId="CGBLeadParagraph">
    <w:name w:val="CGB Lead Paragraph"/>
    <w:pPr>
      <w:spacing w:after="160" w:line="269" w:lineRule="auto"/>
    </w:pPr>
    <w:rPr>
      <w:rFonts w:ascii="Aptos" w:hAnsi="Aptos"/>
      <w:color w:val="333333"/>
      <w:sz w:val="23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eader" Target="header2.xml"/><Relationship Id="rId11" Type="http://schemas.openxmlformats.org/officeDocument/2006/relationships/footer" Target="footer1.xml"/><Relationship Id="rId12" Type="http://schemas.openxmlformats.org/officeDocument/2006/relationships/footer" Target="footer2.xml"/><Relationship Id="rId13" Type="http://schemas.openxmlformats.org/officeDocument/2006/relationships/image" Target="media/image2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Writing Your Welcome Email</dc:title>
  <dc:subject>Build Your Reader List While You Write course resource</dc:subject>
  <dc:creator>Create Great Books</dc:creator>
  <cp:keywords>Create Great Books, Build Your Reader List While You Write, welcome email, reader list, email template</cp:keywords>
  <dc:description>Course resource master file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